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5BAA" w14:textId="0A144669" w:rsidR="009A4B51" w:rsidRPr="004D7362" w:rsidRDefault="001B4BD6">
      <w:pPr>
        <w:pStyle w:val="Ttulo1"/>
        <w:rPr>
          <w:rFonts w:cstheme="majorHAnsi"/>
          <w:b w:val="0"/>
        </w:rPr>
      </w:pPr>
      <w:r w:rsidRPr="004D7362">
        <w:rPr>
          <w:rFonts w:cstheme="majorHAnsi"/>
          <w:b w:val="0"/>
          <w:color w:val="auto"/>
        </w:rPr>
        <w:t>FORMULARIO</w:t>
      </w:r>
      <w:r w:rsidRPr="004D7362">
        <w:rPr>
          <w:rFonts w:cstheme="majorHAnsi"/>
          <w:b w:val="0"/>
        </w:rPr>
        <w:t xml:space="preserve"> </w:t>
      </w:r>
    </w:p>
    <w:p w14:paraId="1E4B0F45" w14:textId="77777777" w:rsidR="004D7362" w:rsidRDefault="004D7362" w:rsidP="004D7362">
      <w:pPr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t xml:space="preserve">Sra. </w:t>
      </w:r>
    </w:p>
    <w:p w14:paraId="40958E2D" w14:textId="77777777" w:rsidR="004D7362" w:rsidRDefault="004D7362" w:rsidP="004D7362">
      <w:pPr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t xml:space="preserve">Prof. </w:t>
      </w:r>
      <w:proofErr w:type="spellStart"/>
      <w:r>
        <w:rPr>
          <w:rFonts w:ascii="Arial" w:eastAsia="Calibri" w:hAnsi="Arial" w:cs="Arial"/>
          <w:b/>
          <w:iCs/>
        </w:rPr>
        <w:t>Ing</w:t>
      </w:r>
      <w:proofErr w:type="spellEnd"/>
      <w:r>
        <w:rPr>
          <w:rFonts w:ascii="Arial" w:eastAsia="Calibri" w:hAnsi="Arial" w:cs="Arial"/>
          <w:b/>
          <w:iCs/>
        </w:rPr>
        <w:t xml:space="preserve">. Silvia </w:t>
      </w:r>
      <w:proofErr w:type="spellStart"/>
      <w:r>
        <w:rPr>
          <w:rFonts w:ascii="Arial" w:eastAsia="Calibri" w:hAnsi="Arial" w:cs="Arial"/>
          <w:b/>
          <w:iCs/>
        </w:rPr>
        <w:t>Leiva</w:t>
      </w:r>
      <w:proofErr w:type="spellEnd"/>
      <w:r>
        <w:rPr>
          <w:rFonts w:ascii="Arial" w:eastAsia="Calibri" w:hAnsi="Arial" w:cs="Arial"/>
          <w:b/>
          <w:iCs/>
        </w:rPr>
        <w:t xml:space="preserve">, </w:t>
      </w:r>
      <w:proofErr w:type="spellStart"/>
      <w:r>
        <w:rPr>
          <w:rFonts w:ascii="Arial" w:eastAsia="Calibri" w:hAnsi="Arial" w:cs="Arial"/>
          <w:b/>
          <w:iCs/>
        </w:rPr>
        <w:t>Decana</w:t>
      </w:r>
      <w:proofErr w:type="spellEnd"/>
    </w:p>
    <w:p w14:paraId="447C3275" w14:textId="34BA06A2" w:rsidR="004D7362" w:rsidRDefault="004D7362" w:rsidP="004D736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Me </w:t>
      </w:r>
      <w:proofErr w:type="spellStart"/>
      <w:r>
        <w:rPr>
          <w:rFonts w:ascii="Arial" w:eastAsia="Calibri" w:hAnsi="Arial" w:cs="Arial"/>
        </w:rPr>
        <w:t>dirijo</w:t>
      </w:r>
      <w:proofErr w:type="spellEnd"/>
      <w:r>
        <w:rPr>
          <w:rFonts w:ascii="Arial" w:eastAsia="Calibri" w:hAnsi="Arial" w:cs="Arial"/>
        </w:rPr>
        <w:t xml:space="preserve"> a </w:t>
      </w:r>
      <w:proofErr w:type="spellStart"/>
      <w:r>
        <w:rPr>
          <w:rFonts w:ascii="Arial" w:eastAsia="Calibri" w:hAnsi="Arial" w:cs="Arial"/>
        </w:rPr>
        <w:t>usted</w:t>
      </w:r>
      <w:proofErr w:type="spellEnd"/>
      <w:r>
        <w:rPr>
          <w:rFonts w:ascii="Arial" w:eastAsia="Calibri" w:hAnsi="Arial" w:cs="Arial"/>
        </w:rPr>
        <w:t xml:space="preserve"> y </w:t>
      </w:r>
      <w:proofErr w:type="spellStart"/>
      <w:r>
        <w:rPr>
          <w:rFonts w:ascii="Arial" w:eastAsia="Calibri" w:hAnsi="Arial" w:cs="Arial"/>
        </w:rPr>
        <w:t>por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intermedio</w:t>
      </w:r>
      <w:proofErr w:type="spellEnd"/>
      <w:r>
        <w:rPr>
          <w:rFonts w:ascii="Arial" w:eastAsia="Calibri" w:hAnsi="Arial" w:cs="Arial"/>
        </w:rPr>
        <w:t xml:space="preserve"> a </w:t>
      </w:r>
      <w:proofErr w:type="spellStart"/>
      <w:r>
        <w:rPr>
          <w:rFonts w:ascii="Arial" w:eastAsia="Calibri" w:hAnsi="Arial" w:cs="Arial"/>
        </w:rPr>
        <w:t>quien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corresponda</w:t>
      </w:r>
      <w:proofErr w:type="spellEnd"/>
      <w:r>
        <w:rPr>
          <w:rFonts w:ascii="Arial" w:eastAsia="Calibri" w:hAnsi="Arial" w:cs="Arial"/>
        </w:rPr>
        <w:t xml:space="preserve"> para </w:t>
      </w:r>
      <w:proofErr w:type="spellStart"/>
      <w:r>
        <w:rPr>
          <w:rFonts w:ascii="Arial" w:eastAsia="Calibri" w:hAnsi="Arial" w:cs="Arial"/>
        </w:rPr>
        <w:t>realizar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una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solicitud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atención</w:t>
      </w:r>
      <w:proofErr w:type="spellEnd"/>
      <w:r>
        <w:rPr>
          <w:rFonts w:ascii="Arial" w:eastAsia="Calibri" w:hAnsi="Arial" w:cs="Arial"/>
          <w:b/>
        </w:rPr>
        <w:t xml:space="preserve"> a </w:t>
      </w:r>
      <w:proofErr w:type="spellStart"/>
      <w:r>
        <w:rPr>
          <w:rFonts w:ascii="Arial" w:eastAsia="Calibri" w:hAnsi="Arial" w:cs="Arial"/>
          <w:b/>
        </w:rPr>
        <w:t>situación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académica</w:t>
      </w:r>
      <w:proofErr w:type="spellEnd"/>
      <w:r>
        <w:rPr>
          <w:rFonts w:ascii="Arial" w:eastAsia="Calibri" w:hAnsi="Arial" w:cs="Arial"/>
          <w:b/>
        </w:rPr>
        <w:t xml:space="preserve"> especial</w:t>
      </w:r>
      <w:r>
        <w:rPr>
          <w:rFonts w:ascii="Arial" w:eastAsia="Calibri" w:hAnsi="Arial" w:cs="Arial"/>
        </w:rPr>
        <w:t xml:space="preserve">, </w:t>
      </w:r>
      <w:proofErr w:type="spellStart"/>
      <w:r>
        <w:rPr>
          <w:rFonts w:ascii="Arial" w:eastAsia="Calibri" w:hAnsi="Arial" w:cs="Arial"/>
        </w:rPr>
        <w:t>según</w:t>
      </w:r>
      <w:proofErr w:type="spellEnd"/>
      <w:r>
        <w:rPr>
          <w:rFonts w:ascii="Arial" w:eastAsia="Calibri" w:hAnsi="Arial" w:cs="Arial"/>
        </w:rPr>
        <w:t xml:space="preserve"> el </w:t>
      </w:r>
      <w:proofErr w:type="spellStart"/>
      <w:r>
        <w:rPr>
          <w:rFonts w:ascii="Arial" w:eastAsia="Calibri" w:hAnsi="Arial" w:cs="Arial"/>
        </w:rPr>
        <w:t>siguiente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detalle</w:t>
      </w:r>
      <w:proofErr w:type="spellEnd"/>
      <w:r>
        <w:rPr>
          <w:rFonts w:ascii="Arial" w:eastAsia="Calibri" w:hAnsi="Arial" w:cs="Arial"/>
        </w:rPr>
        <w:t xml:space="preserve">: </w:t>
      </w:r>
    </w:p>
    <w:p w14:paraId="6BA891BC" w14:textId="77777777" w:rsidR="004D7362" w:rsidRDefault="004D7362" w:rsidP="004D7362">
      <w:pPr>
        <w:tabs>
          <w:tab w:val="left" w:pos="2910"/>
          <w:tab w:val="left" w:pos="31680"/>
        </w:tabs>
        <w:rPr>
          <w:rFonts w:ascii="Arial" w:eastAsia="Calibri" w:hAnsi="Arial" w:cs="Arial"/>
          <w:b/>
          <w:bCs/>
        </w:rPr>
      </w:pPr>
      <w:proofErr w:type="spellStart"/>
      <w:r>
        <w:rPr>
          <w:rFonts w:ascii="Arial" w:eastAsia="Calibri" w:hAnsi="Arial" w:cs="Arial"/>
          <w:b/>
          <w:bCs/>
        </w:rPr>
        <w:t>Nombre</w:t>
      </w:r>
      <w:proofErr w:type="spellEnd"/>
      <w:r>
        <w:rPr>
          <w:rFonts w:ascii="Arial" w:eastAsia="Calibri" w:hAnsi="Arial" w:cs="Arial"/>
          <w:b/>
          <w:bCs/>
        </w:rPr>
        <w:t xml:space="preserve"> (s): </w:t>
      </w:r>
      <w:sdt>
        <w:sdtPr>
          <w:id w:val="-1701378991"/>
          <w:text/>
        </w:sdtPr>
        <w:sdtEndPr/>
        <w:sdtContent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Haga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clic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y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escriba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su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primer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nombre</w:t>
          </w:r>
          <w:proofErr w:type="spellEnd"/>
        </w:sdtContent>
      </w:sdt>
      <w:r>
        <w:rPr>
          <w:rFonts w:ascii="Arial" w:eastAsia="Calibri" w:hAnsi="Arial" w:cs="Arial"/>
          <w:b/>
          <w:bCs/>
          <w:color w:val="7F7F7F"/>
        </w:rPr>
        <w:tab/>
      </w:r>
      <w:sdt>
        <w:sdtPr>
          <w:id w:val="-91009230"/>
          <w:text/>
        </w:sdtPr>
        <w:sdtEndPr/>
        <w:sdtContent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haga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clic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y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escriba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su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segundo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nombre</w:t>
          </w:r>
          <w:proofErr w:type="spellEnd"/>
        </w:sdtContent>
      </w:sdt>
    </w:p>
    <w:p w14:paraId="3CEBD454" w14:textId="77777777" w:rsidR="004D7362" w:rsidRDefault="004D7362" w:rsidP="004D7362">
      <w:pPr>
        <w:widowControl w:val="0"/>
        <w:tabs>
          <w:tab w:val="left" w:pos="4425"/>
          <w:tab w:val="left" w:pos="31680"/>
        </w:tabs>
        <w:rPr>
          <w:rFonts w:ascii="Arial" w:eastAsia="Times New Roman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Apellido</w:t>
      </w:r>
      <w:proofErr w:type="spellEnd"/>
      <w:r>
        <w:rPr>
          <w:rFonts w:ascii="Arial" w:hAnsi="Arial" w:cs="Arial"/>
          <w:b/>
          <w:bCs/>
          <w:color w:val="000000"/>
        </w:rPr>
        <w:t xml:space="preserve"> (s): </w:t>
      </w:r>
      <w:sdt>
        <w:sdtPr>
          <w:id w:val="-1355957760"/>
          <w:text/>
        </w:sdtPr>
        <w:sdtEndPr/>
        <w:sdtContent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haga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clic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y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escriba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su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primer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apellido</w:t>
          </w:r>
          <w:proofErr w:type="spellEnd"/>
        </w:sdtContent>
      </w:sdt>
      <w:r>
        <w:rPr>
          <w:rFonts w:ascii="Arial" w:eastAsia="Calibri" w:hAnsi="Arial" w:cs="Arial"/>
          <w:b/>
          <w:bCs/>
          <w:color w:val="7F7F7F"/>
        </w:rPr>
        <w:tab/>
        <w:t xml:space="preserve">       </w:t>
      </w:r>
      <w:sdt>
        <w:sdtPr>
          <w:id w:val="1293176915"/>
          <w:text/>
        </w:sdtPr>
        <w:sdtEndPr/>
        <w:sdtContent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haga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clic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y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escriba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su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segundo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apellido</w:t>
          </w:r>
          <w:proofErr w:type="spellEnd"/>
        </w:sdtContent>
      </w:sdt>
    </w:p>
    <w:tbl>
      <w:tblPr>
        <w:tblStyle w:val="Tablanormal1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4D7362" w14:paraId="4EBE619C" w14:textId="77777777" w:rsidTr="004D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D7E3F" w14:textId="77777777" w:rsidR="004D7362" w:rsidRDefault="004D7362">
            <w:pPr>
              <w:widowControl w:val="0"/>
              <w:rPr>
                <w:rFonts w:ascii="Arial" w:hAnsi="Arial" w:cs="Arial"/>
                <w:b w:val="0"/>
                <w:bCs w:val="0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107A9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FB0E5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1F424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FF6B2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800FA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A4965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78B3872B" w14:textId="77777777" w:rsidR="004D7362" w:rsidRDefault="004D7362" w:rsidP="004D7362">
      <w:pPr>
        <w:widowContro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Nº de </w:t>
      </w:r>
      <w:proofErr w:type="spellStart"/>
      <w:r>
        <w:rPr>
          <w:rFonts w:ascii="Arial" w:hAnsi="Arial" w:cs="Arial"/>
          <w:b/>
          <w:bCs/>
          <w:color w:val="000000"/>
        </w:rPr>
        <w:t>Cédula</w:t>
      </w:r>
      <w:proofErr w:type="spellEnd"/>
      <w:r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</w:rPr>
        <w:t>identidad</w:t>
      </w:r>
      <w:proofErr w:type="spellEnd"/>
      <w:r>
        <w:rPr>
          <w:rFonts w:ascii="Arial" w:hAnsi="Arial" w:cs="Arial"/>
          <w:b/>
          <w:bCs/>
          <w:color w:val="000000"/>
        </w:rPr>
        <w:t xml:space="preserve"> civil: </w:t>
      </w:r>
    </w:p>
    <w:p w14:paraId="5B328CF4" w14:textId="3E1069CB" w:rsidR="004D7362" w:rsidRDefault="004D7362" w:rsidP="004D7362">
      <w:pPr>
        <w:widowControl w:val="0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En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caso</w:t>
      </w:r>
      <w:proofErr w:type="spellEnd"/>
      <w:r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</w:rPr>
        <w:t>ser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extranjero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escriba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su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número</w:t>
      </w:r>
      <w:proofErr w:type="spellEnd"/>
      <w:r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</w:rPr>
        <w:t>documento</w:t>
      </w:r>
      <w:proofErr w:type="spellEnd"/>
      <w:r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</w:rPr>
        <w:t>identidad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en</w:t>
      </w:r>
      <w:proofErr w:type="spellEnd"/>
      <w:r>
        <w:rPr>
          <w:rFonts w:ascii="Arial" w:hAnsi="Arial" w:cs="Arial"/>
          <w:b/>
          <w:bCs/>
          <w:color w:val="000000"/>
        </w:rPr>
        <w:t xml:space="preserve"> el </w:t>
      </w:r>
      <w:proofErr w:type="spellStart"/>
      <w:r>
        <w:rPr>
          <w:rFonts w:ascii="Arial" w:hAnsi="Arial" w:cs="Arial"/>
          <w:b/>
          <w:bCs/>
          <w:color w:val="000000"/>
        </w:rPr>
        <w:t>cuadro</w:t>
      </w:r>
      <w:proofErr w:type="spellEnd"/>
      <w:r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</w:rPr>
        <w:t>abajo</w:t>
      </w:r>
      <w:proofErr w:type="spellEnd"/>
      <w:r>
        <w:rPr>
          <w:rFonts w:ascii="Arial" w:hAnsi="Arial" w:cs="Arial"/>
          <w:b/>
          <w:bCs/>
          <w:color w:val="000000"/>
        </w:rPr>
        <w:t>:</w:t>
      </w:r>
    </w:p>
    <w:tbl>
      <w:tblPr>
        <w:tblStyle w:val="Cuadrculadetablaclara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0"/>
      </w:tblGrid>
      <w:tr w:rsidR="004D7362" w14:paraId="3164D3A9" w14:textId="77777777" w:rsidTr="004D7362"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64368" w14:textId="77777777" w:rsidR="004D7362" w:rsidRDefault="004D7362">
            <w:pPr>
              <w:widowControl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418BCEF" w14:textId="77777777" w:rsidR="004D7362" w:rsidRDefault="004D7362" w:rsidP="004D7362">
      <w:pPr>
        <w:widowContro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tbl>
      <w:tblPr>
        <w:tblStyle w:val="Tablanormal1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4D7362" w14:paraId="0B0FB04E" w14:textId="77777777" w:rsidTr="004D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CD7FC" w14:textId="37523718" w:rsidR="004D7362" w:rsidRDefault="004D7362">
            <w:pPr>
              <w:widowControl w:val="0"/>
              <w:rPr>
                <w:rFonts w:ascii="Arial" w:hAnsi="Arial" w:cs="Arial"/>
                <w:b w:val="0"/>
                <w:bCs w:val="0"/>
                <w:color w:val="00000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6D1B7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81400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41884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D7BF6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95785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F6A45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CDAEB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3AF7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E0E83" w14:textId="77777777" w:rsidR="004D7362" w:rsidRDefault="004D7362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73EB4559" w14:textId="77777777" w:rsidR="004D7362" w:rsidRDefault="004D7362" w:rsidP="004D7362">
      <w:pPr>
        <w:widowContro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Nº </w:t>
      </w:r>
      <w:proofErr w:type="spellStart"/>
      <w:r>
        <w:rPr>
          <w:rFonts w:ascii="Arial" w:hAnsi="Arial" w:cs="Arial"/>
          <w:b/>
          <w:bCs/>
          <w:color w:val="000000"/>
        </w:rPr>
        <w:t>teléfono</w:t>
      </w:r>
      <w:proofErr w:type="spellEnd"/>
      <w:r>
        <w:rPr>
          <w:rFonts w:ascii="Arial" w:hAnsi="Arial" w:cs="Arial"/>
          <w:b/>
          <w:bCs/>
          <w:color w:val="000000"/>
        </w:rPr>
        <w:t xml:space="preserve">: </w:t>
      </w:r>
    </w:p>
    <w:tbl>
      <w:tblPr>
        <w:tblStyle w:val="Cuadrculadetablaclara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0"/>
      </w:tblGrid>
      <w:tr w:rsidR="004D7362" w14:paraId="0B94165E" w14:textId="77777777" w:rsidTr="004D7362"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05D32" w14:textId="77777777" w:rsidR="004D7362" w:rsidRDefault="004D7362">
            <w:pPr>
              <w:widowControl w:val="0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133490577"/>
            <w:r>
              <w:rPr>
                <w:rFonts w:ascii="Arial" w:hAnsi="Arial" w:cs="Arial"/>
                <w:b/>
                <w:bCs/>
                <w:color w:val="17365D"/>
              </w:rPr>
              <w:t>xxxxxxxxx@fpuna.edu.py</w:t>
            </w:r>
            <w:bookmarkEnd w:id="0"/>
          </w:p>
        </w:tc>
      </w:tr>
    </w:tbl>
    <w:p w14:paraId="4B2AC766" w14:textId="77777777" w:rsidR="004D7362" w:rsidRDefault="004D7362" w:rsidP="004D7362">
      <w:pPr>
        <w:widowControl w:val="0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Correo</w:t>
      </w:r>
      <w:proofErr w:type="spellEnd"/>
      <w:r>
        <w:rPr>
          <w:rFonts w:ascii="Arial" w:hAnsi="Arial" w:cs="Arial"/>
          <w:b/>
          <w:bCs/>
          <w:color w:val="000000"/>
        </w:rPr>
        <w:t xml:space="preserve">: </w:t>
      </w:r>
    </w:p>
    <w:p w14:paraId="35592BD4" w14:textId="2CE70FB4" w:rsidR="004D7362" w:rsidRDefault="004D7362" w:rsidP="004D7362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b/>
          <w:bCs/>
        </w:rPr>
        <w:t xml:space="preserve">Carrera: </w:t>
      </w:r>
      <w:sdt>
        <w:sdtPr>
          <w:id w:val="-1317720001"/>
          <w:showingPlcHdr/>
          <w:text/>
        </w:sdtPr>
        <w:sdtEndPr/>
        <w:sdtContent>
          <w:r>
            <w:rPr>
              <w:rStyle w:val="15"/>
              <w:rFonts w:ascii="Arial" w:eastAsia="Calibri" w:hAnsi="Arial" w:cs="Arial"/>
              <w:b/>
              <w:bCs/>
            </w:rPr>
            <w:t>Haga clic o pulse aquí para escribir texto.</w:t>
          </w:r>
        </w:sdtContent>
      </w:sdt>
      <w:r>
        <w:rPr>
          <w:rFonts w:ascii="Arial" w:eastAsia="Calibri" w:hAnsi="Arial" w:cs="Arial"/>
          <w:b/>
          <w:bCs/>
        </w:rPr>
        <w:t xml:space="preserve">   </w:t>
      </w:r>
      <w:proofErr w:type="spellStart"/>
      <w:r>
        <w:rPr>
          <w:rFonts w:ascii="Arial" w:eastAsia="Calibri" w:hAnsi="Arial" w:cs="Arial"/>
          <w:b/>
          <w:bCs/>
        </w:rPr>
        <w:t>Énfasis</w:t>
      </w:r>
      <w:proofErr w:type="spellEnd"/>
      <w:r>
        <w:rPr>
          <w:rFonts w:ascii="Arial" w:eastAsia="Calibri" w:hAnsi="Arial" w:cs="Arial"/>
          <w:b/>
          <w:bCs/>
        </w:rPr>
        <w:t xml:space="preserve">: </w:t>
      </w:r>
      <w:sdt>
        <w:sdtPr>
          <w:id w:val="-1863666790"/>
          <w:text/>
        </w:sdtPr>
        <w:sdtEndPr/>
        <w:sdtContent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en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caso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que la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carrera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que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esté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cursando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cuenta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con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énfasis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,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haga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clic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para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escribir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 xml:space="preserve"> el </w:t>
          </w:r>
          <w:proofErr w:type="spellStart"/>
          <w:r>
            <w:rPr>
              <w:rFonts w:ascii="Arial" w:eastAsia="Calibri" w:hAnsi="Arial" w:cs="Arial"/>
              <w:b/>
              <w:bCs/>
              <w:color w:val="7F7F7F"/>
            </w:rPr>
            <w:t>texto</w:t>
          </w:r>
          <w:proofErr w:type="spellEnd"/>
          <w:r>
            <w:rPr>
              <w:rFonts w:ascii="Arial" w:eastAsia="Calibri" w:hAnsi="Arial" w:cs="Arial"/>
              <w:b/>
              <w:bCs/>
              <w:color w:val="7F7F7F"/>
            </w:rPr>
            <w:t>.</w:t>
          </w:r>
        </w:sdtContent>
      </w:sdt>
    </w:p>
    <w:p w14:paraId="52388EA0" w14:textId="5AA36844" w:rsidR="009A4B51" w:rsidRPr="004D7362" w:rsidRDefault="001B4BD6">
      <w:pPr>
        <w:pStyle w:val="Ttulo2"/>
        <w:rPr>
          <w:rFonts w:ascii="Arial" w:eastAsia="Calibri" w:hAnsi="Arial" w:cs="Arial"/>
          <w:color w:val="auto"/>
          <w:sz w:val="22"/>
          <w:szCs w:val="22"/>
        </w:rPr>
      </w:pPr>
      <w:proofErr w:type="spellStart"/>
      <w:r w:rsidRPr="004D7362">
        <w:rPr>
          <w:rFonts w:ascii="Arial" w:eastAsia="Calibri" w:hAnsi="Arial" w:cs="Arial"/>
          <w:color w:val="auto"/>
          <w:sz w:val="22"/>
          <w:szCs w:val="22"/>
        </w:rPr>
        <w:t>Tipo</w:t>
      </w:r>
      <w:proofErr w:type="spellEnd"/>
      <w:r w:rsidRPr="004D7362">
        <w:rPr>
          <w:rFonts w:ascii="Arial" w:eastAsia="Calibri" w:hAnsi="Arial" w:cs="Arial"/>
          <w:color w:val="auto"/>
          <w:sz w:val="22"/>
          <w:szCs w:val="22"/>
        </w:rPr>
        <w:t xml:space="preserve"> de </w:t>
      </w:r>
      <w:proofErr w:type="spellStart"/>
      <w:r w:rsidRPr="004D7362">
        <w:rPr>
          <w:rFonts w:ascii="Arial" w:eastAsia="Calibri" w:hAnsi="Arial" w:cs="Arial"/>
          <w:color w:val="auto"/>
          <w:sz w:val="22"/>
          <w:szCs w:val="22"/>
        </w:rPr>
        <w:t>solicitud</w:t>
      </w:r>
      <w:proofErr w:type="spellEnd"/>
      <w:r w:rsidR="004D7362">
        <w:rPr>
          <w:rFonts w:ascii="Arial" w:eastAsia="Calibri" w:hAnsi="Arial" w:cs="Arial"/>
          <w:color w:val="auto"/>
          <w:sz w:val="22"/>
          <w:szCs w:val="22"/>
        </w:rPr>
        <w:t>:</w:t>
      </w:r>
    </w:p>
    <w:p w14:paraId="5EC47DAB" w14:textId="3FB0074E" w:rsidR="009A4B51" w:rsidRDefault="001B4BD6" w:rsidP="004D7362">
      <w:pPr>
        <w:pStyle w:val="Listaconvietas"/>
        <w:numPr>
          <w:ilvl w:val="0"/>
          <w:numId w:val="0"/>
        </w:numPr>
        <w:ind w:left="360"/>
      </w:pPr>
      <w:r>
        <w:t xml:space="preserve">☐ </w:t>
      </w:r>
      <w:proofErr w:type="spellStart"/>
      <w:r>
        <w:t>Estudiante</w:t>
      </w:r>
      <w:proofErr w:type="spellEnd"/>
      <w:r>
        <w:t xml:space="preserve"> que </w:t>
      </w:r>
      <w:proofErr w:type="spellStart"/>
      <w:r w:rsidR="00EB3480">
        <w:t>solicite</w:t>
      </w:r>
      <w:proofErr w:type="spellEnd"/>
      <w:r w:rsidR="00EB3480">
        <w:t xml:space="preserve"> </w:t>
      </w:r>
      <w:proofErr w:type="spellStart"/>
      <w:r w:rsidR="00EB3480">
        <w:t>adecuación</w:t>
      </w:r>
      <w:proofErr w:type="spellEnd"/>
      <w:r w:rsidR="00EB3480">
        <w:t xml:space="preserve"> </w:t>
      </w:r>
      <w:proofErr w:type="spellStart"/>
      <w:r w:rsidR="00EB3480">
        <w:t>académica</w:t>
      </w:r>
      <w:proofErr w:type="spellEnd"/>
      <w:r w:rsidR="00EB3480">
        <w:t xml:space="preserve"> </w:t>
      </w:r>
      <w:proofErr w:type="spellStart"/>
      <w:r w:rsidR="00EB3480">
        <w:t>por</w:t>
      </w:r>
      <w:proofErr w:type="spellEnd"/>
      <w:r w:rsidR="00EB3480">
        <w:t xml:space="preserve"> </w:t>
      </w:r>
      <w:r w:rsidR="00EB3480" w:rsidRPr="00584E80">
        <w:rPr>
          <w:lang w:val="es-PY"/>
        </w:rPr>
        <w:t>razones laborales</w:t>
      </w:r>
      <w:r w:rsidR="00EB3480">
        <w:rPr>
          <w:lang w:val="es-PY"/>
        </w:rPr>
        <w:t>.</w:t>
      </w:r>
    </w:p>
    <w:p w14:paraId="3315F864" w14:textId="2A1D4D22" w:rsidR="009A4B51" w:rsidRDefault="001B4BD6" w:rsidP="004D7362">
      <w:pPr>
        <w:pStyle w:val="Listaconvietas"/>
        <w:numPr>
          <w:ilvl w:val="0"/>
          <w:numId w:val="0"/>
        </w:numPr>
        <w:ind w:left="360"/>
      </w:pPr>
      <w:r>
        <w:t xml:space="preserve">☐ </w:t>
      </w:r>
      <w:proofErr w:type="spellStart"/>
      <w:r>
        <w:t>Solapamiento</w:t>
      </w:r>
      <w:proofErr w:type="spellEnd"/>
      <w:r>
        <w:t xml:space="preserve"> de </w:t>
      </w:r>
      <w:proofErr w:type="spellStart"/>
      <w:r>
        <w:t>horarios</w:t>
      </w:r>
      <w:proofErr w:type="spellEnd"/>
      <w:r w:rsidR="00AD6E7A">
        <w:t>.</w:t>
      </w:r>
    </w:p>
    <w:p w14:paraId="6CE6E40D" w14:textId="4124D78F" w:rsidR="009A4B51" w:rsidRDefault="001B4BD6" w:rsidP="004D7362">
      <w:pPr>
        <w:pStyle w:val="Listaconvietas"/>
        <w:numPr>
          <w:ilvl w:val="0"/>
          <w:numId w:val="0"/>
        </w:numPr>
        <w:ind w:left="360"/>
      </w:pPr>
      <w:r>
        <w:t xml:space="preserve">☐ </w:t>
      </w:r>
      <w:bookmarkStart w:id="1" w:name="_GoBack"/>
      <w:proofErr w:type="spellStart"/>
      <w:r>
        <w:t>Culminación</w:t>
      </w:r>
      <w:proofErr w:type="spellEnd"/>
      <w:r>
        <w:t xml:space="preserve"> del </w:t>
      </w:r>
      <w:proofErr w:type="spellStart"/>
      <w:r>
        <w:t>cursado</w:t>
      </w:r>
      <w:proofErr w:type="spellEnd"/>
      <w:r>
        <w:t xml:space="preserve"> de la malla curricular en el </w:t>
      </w:r>
      <w:proofErr w:type="spellStart"/>
      <w:r>
        <w:t>próximo</w:t>
      </w:r>
      <w:proofErr w:type="spellEnd"/>
      <w:r>
        <w:t xml:space="preserve"> </w:t>
      </w:r>
      <w:proofErr w:type="spellStart"/>
      <w:r>
        <w:t>período</w:t>
      </w:r>
      <w:proofErr w:type="spellEnd"/>
      <w:r>
        <w:t xml:space="preserve"> </w:t>
      </w:r>
      <w:proofErr w:type="spellStart"/>
      <w:r>
        <w:t>académico</w:t>
      </w:r>
      <w:proofErr w:type="spellEnd"/>
      <w:r w:rsidR="00AD6E7A">
        <w:t>.</w:t>
      </w:r>
      <w:bookmarkEnd w:id="1"/>
    </w:p>
    <w:p w14:paraId="70C7AAC0" w14:textId="77777777" w:rsidR="009A4B51" w:rsidRDefault="001B4BD6" w:rsidP="004D7362">
      <w:pPr>
        <w:pStyle w:val="Listaconvietas"/>
        <w:numPr>
          <w:ilvl w:val="0"/>
          <w:numId w:val="0"/>
        </w:numPr>
        <w:ind w:left="360"/>
      </w:pPr>
      <w:r>
        <w:t xml:space="preserve">☐ </w:t>
      </w:r>
      <w:proofErr w:type="spellStart"/>
      <w:r>
        <w:t>Otro</w:t>
      </w:r>
      <w:proofErr w:type="spellEnd"/>
      <w:r>
        <w:t>: __________________</w:t>
      </w:r>
    </w:p>
    <w:p w14:paraId="1951A45B" w14:textId="77777777" w:rsidR="004D7362" w:rsidRDefault="004D7362" w:rsidP="004D7362">
      <w:pPr>
        <w:pStyle w:val="Listaconvietas"/>
        <w:numPr>
          <w:ilvl w:val="0"/>
          <w:numId w:val="0"/>
        </w:numPr>
        <w:ind w:left="360" w:hanging="360"/>
      </w:pPr>
    </w:p>
    <w:p w14:paraId="481B10CB" w14:textId="6C1AF074" w:rsidR="009A4B51" w:rsidRPr="004D7362" w:rsidRDefault="001B4BD6" w:rsidP="004D7362">
      <w:pPr>
        <w:pStyle w:val="Listaconvietas"/>
        <w:numPr>
          <w:ilvl w:val="0"/>
          <w:numId w:val="0"/>
        </w:numPr>
        <w:rPr>
          <w:b/>
          <w:i/>
        </w:rPr>
      </w:pPr>
      <w:proofErr w:type="spellStart"/>
      <w:r w:rsidRPr="004D7362">
        <w:rPr>
          <w:b/>
          <w:i/>
        </w:rPr>
        <w:t>Declaro</w:t>
      </w:r>
      <w:proofErr w:type="spellEnd"/>
      <w:r w:rsidRPr="004D7362">
        <w:rPr>
          <w:b/>
          <w:i/>
        </w:rPr>
        <w:t xml:space="preserve"> que la </w:t>
      </w:r>
      <w:proofErr w:type="spellStart"/>
      <w:r w:rsidRPr="004D7362">
        <w:rPr>
          <w:b/>
          <w:i/>
        </w:rPr>
        <w:t>información</w:t>
      </w:r>
      <w:proofErr w:type="spellEnd"/>
      <w:r w:rsidRPr="004D7362">
        <w:rPr>
          <w:b/>
          <w:i/>
        </w:rPr>
        <w:t xml:space="preserve"> presentada es veraz y </w:t>
      </w:r>
      <w:proofErr w:type="spellStart"/>
      <w:r w:rsidRPr="004D7362">
        <w:rPr>
          <w:b/>
          <w:i/>
        </w:rPr>
        <w:t>autorizo</w:t>
      </w:r>
      <w:proofErr w:type="spellEnd"/>
      <w:r w:rsidRPr="004D7362">
        <w:rPr>
          <w:b/>
          <w:i/>
        </w:rPr>
        <w:t xml:space="preserve"> </w:t>
      </w:r>
      <w:proofErr w:type="spellStart"/>
      <w:r w:rsidRPr="004D7362">
        <w:rPr>
          <w:b/>
          <w:i/>
        </w:rPr>
        <w:t>su</w:t>
      </w:r>
      <w:proofErr w:type="spellEnd"/>
      <w:r w:rsidRPr="004D7362">
        <w:rPr>
          <w:b/>
          <w:i/>
        </w:rPr>
        <w:t xml:space="preserve"> </w:t>
      </w:r>
      <w:proofErr w:type="spellStart"/>
      <w:r w:rsidRPr="004D7362">
        <w:rPr>
          <w:b/>
          <w:i/>
        </w:rPr>
        <w:t>verificación</w:t>
      </w:r>
      <w:proofErr w:type="spellEnd"/>
      <w:r w:rsidRPr="004D7362">
        <w:rPr>
          <w:b/>
          <w:i/>
        </w:rPr>
        <w:t xml:space="preserve"> </w:t>
      </w:r>
      <w:proofErr w:type="spellStart"/>
      <w:r w:rsidRPr="004D7362">
        <w:rPr>
          <w:b/>
          <w:i/>
        </w:rPr>
        <w:t>conforme</w:t>
      </w:r>
      <w:proofErr w:type="spellEnd"/>
      <w:r w:rsidRPr="004D7362">
        <w:rPr>
          <w:b/>
          <w:i/>
        </w:rPr>
        <w:t xml:space="preserve"> a la </w:t>
      </w:r>
      <w:proofErr w:type="spellStart"/>
      <w:r w:rsidRPr="004D7362">
        <w:rPr>
          <w:b/>
          <w:i/>
        </w:rPr>
        <w:t>normativa</w:t>
      </w:r>
      <w:proofErr w:type="spellEnd"/>
      <w:r w:rsidRPr="004D7362">
        <w:rPr>
          <w:b/>
          <w:i/>
        </w:rPr>
        <w:t xml:space="preserve"> </w:t>
      </w:r>
      <w:proofErr w:type="spellStart"/>
      <w:r w:rsidRPr="004D7362">
        <w:rPr>
          <w:b/>
          <w:i/>
        </w:rPr>
        <w:t>institucional</w:t>
      </w:r>
      <w:proofErr w:type="spellEnd"/>
      <w:r w:rsidRPr="004D7362">
        <w:rPr>
          <w:b/>
          <w:i/>
        </w:rPr>
        <w:t>.</w:t>
      </w:r>
    </w:p>
    <w:p w14:paraId="60877139" w14:textId="77777777" w:rsidR="004D7362" w:rsidRDefault="004D7362" w:rsidP="004D7362">
      <w:pPr>
        <w:pStyle w:val="Listaconvietas"/>
        <w:numPr>
          <w:ilvl w:val="0"/>
          <w:numId w:val="0"/>
        </w:numPr>
        <w:ind w:left="360" w:hanging="360"/>
      </w:pPr>
    </w:p>
    <w:p w14:paraId="51601822" w14:textId="0B24D748" w:rsidR="009A4B51" w:rsidRDefault="001B4BD6" w:rsidP="004D7362">
      <w:pPr>
        <w:pStyle w:val="Listaconvietas"/>
        <w:numPr>
          <w:ilvl w:val="0"/>
          <w:numId w:val="0"/>
        </w:numPr>
        <w:ind w:left="360" w:hanging="360"/>
      </w:pPr>
      <w:r w:rsidRPr="004D7362">
        <w:rPr>
          <w:b/>
        </w:rPr>
        <w:t>Firma:</w:t>
      </w:r>
      <w:r>
        <w:t xml:space="preserve"> _____________________    </w:t>
      </w:r>
      <w:r w:rsidR="004D7362">
        <w:t xml:space="preserve">                                                              </w:t>
      </w:r>
      <w:proofErr w:type="spellStart"/>
      <w:r w:rsidRPr="004D7362">
        <w:rPr>
          <w:b/>
        </w:rPr>
        <w:t>Fecha</w:t>
      </w:r>
      <w:proofErr w:type="spellEnd"/>
      <w:r w:rsidRPr="004D7362">
        <w:rPr>
          <w:b/>
        </w:rPr>
        <w:t>:</w:t>
      </w:r>
      <w:r>
        <w:t xml:space="preserve"> ____/____/______</w:t>
      </w:r>
    </w:p>
    <w:sectPr w:rsidR="009A4B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FE471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4BD6"/>
    <w:rsid w:val="0029639D"/>
    <w:rsid w:val="00326F90"/>
    <w:rsid w:val="004C2048"/>
    <w:rsid w:val="004D7362"/>
    <w:rsid w:val="009A4B51"/>
    <w:rsid w:val="00AA1D8D"/>
    <w:rsid w:val="00AD6E7A"/>
    <w:rsid w:val="00B47730"/>
    <w:rsid w:val="00CB0664"/>
    <w:rsid w:val="00EB3480"/>
    <w:rsid w:val="00F462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4C294"/>
  <w14:defaultImageDpi w14:val="300"/>
  <w15:docId w15:val="{9FFB2F81-C4B9-0B4D-AF66-4E763B55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5">
    <w:name w:val="15"/>
    <w:basedOn w:val="Fuentedeprrafopredeter"/>
    <w:rsid w:val="004D7362"/>
    <w:rPr>
      <w:rFonts w:ascii="Calibri" w:hAnsi="Calibri" w:cs="Calibri" w:hint="default"/>
      <w:color w:val="808080"/>
    </w:rPr>
  </w:style>
  <w:style w:type="table" w:customStyle="1" w:styleId="Tablanormal11">
    <w:name w:val="Tabla normal 11"/>
    <w:basedOn w:val="Tablanormal"/>
    <w:rsid w:val="004D7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Ind w:w="0" w:type="nil"/>
      <w:tblCellMar>
        <w:left w:w="0" w:type="dxa"/>
        <w:right w:w="0" w:type="dxa"/>
      </w:tblCellMar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Cuadrculadetablaclara1">
    <w:name w:val="Cuadrícula de tabla clara1"/>
    <w:basedOn w:val="Tablanormal"/>
    <w:rsid w:val="004D7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78FC54-380F-4D73-8748-ACB10173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FP UNA</cp:lastModifiedBy>
  <cp:revision>6</cp:revision>
  <dcterms:created xsi:type="dcterms:W3CDTF">2026-07-12T18:57:00Z</dcterms:created>
  <dcterms:modified xsi:type="dcterms:W3CDTF">2026-07-13T13:34:00Z</dcterms:modified>
  <cp:category/>
</cp:coreProperties>
</file>